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981" w:rsidRDefault="00DF7E78">
      <w:pPr>
        <w:jc w:val="center"/>
      </w:pPr>
      <w:r>
        <w:rPr>
          <w:b/>
          <w:sz w:val="24"/>
        </w:rPr>
        <w:t>T.C.</w:t>
      </w:r>
      <w:r>
        <w:rPr>
          <w:b/>
          <w:sz w:val="24"/>
        </w:rPr>
        <w:br/>
        <w:t>KÜTAHYA DUMLUPINAR ÜNİVERSİTESİ</w:t>
      </w:r>
      <w:r>
        <w:rPr>
          <w:b/>
          <w:sz w:val="24"/>
        </w:rPr>
        <w:br/>
        <w:t>GEDİZ MESLEK YÜKSEKOKULU</w:t>
      </w:r>
    </w:p>
    <w:p w:rsidR="00C40981" w:rsidRDefault="00DF7E78">
      <w:pPr>
        <w:jc w:val="center"/>
      </w:pPr>
      <w:r>
        <w:rPr>
          <w:b/>
          <w:sz w:val="24"/>
        </w:rPr>
        <w:t>DERS TELAFİ TALEP FORMU</w:t>
      </w:r>
    </w:p>
    <w:p w:rsidR="00C40981" w:rsidRDefault="00C40981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C40981">
        <w:trPr>
          <w:jc w:val="center"/>
        </w:trPr>
        <w:tc>
          <w:tcPr>
            <w:tcW w:w="5156" w:type="dxa"/>
          </w:tcPr>
          <w:p w:rsidR="00C40981" w:rsidRDefault="00DF7E78">
            <w:proofErr w:type="spellStart"/>
            <w:r>
              <w:rPr>
                <w:sz w:val="19"/>
              </w:rPr>
              <w:t>Öğretim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Elemanının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Adı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Soyadı</w:t>
            </w:r>
            <w:proofErr w:type="spellEnd"/>
          </w:p>
        </w:tc>
        <w:tc>
          <w:tcPr>
            <w:tcW w:w="5156" w:type="dxa"/>
          </w:tcPr>
          <w:p w:rsidR="00C40981" w:rsidRDefault="00C40981"/>
        </w:tc>
      </w:tr>
      <w:tr w:rsidR="00C40981">
        <w:trPr>
          <w:jc w:val="center"/>
        </w:trPr>
        <w:tc>
          <w:tcPr>
            <w:tcW w:w="5156" w:type="dxa"/>
          </w:tcPr>
          <w:p w:rsidR="00C40981" w:rsidRDefault="00DF7E78">
            <w:r>
              <w:rPr>
                <w:sz w:val="19"/>
              </w:rPr>
              <w:t>Unvanı</w:t>
            </w:r>
          </w:p>
        </w:tc>
        <w:tc>
          <w:tcPr>
            <w:tcW w:w="5156" w:type="dxa"/>
          </w:tcPr>
          <w:p w:rsidR="00C40981" w:rsidRDefault="00C40981"/>
        </w:tc>
      </w:tr>
      <w:tr w:rsidR="00C40981">
        <w:trPr>
          <w:jc w:val="center"/>
        </w:trPr>
        <w:tc>
          <w:tcPr>
            <w:tcW w:w="5156" w:type="dxa"/>
          </w:tcPr>
          <w:p w:rsidR="00C40981" w:rsidRDefault="00DF7E78">
            <w:r>
              <w:rPr>
                <w:sz w:val="19"/>
              </w:rPr>
              <w:t>Bölüm / Program</w:t>
            </w:r>
          </w:p>
        </w:tc>
        <w:tc>
          <w:tcPr>
            <w:tcW w:w="5156" w:type="dxa"/>
          </w:tcPr>
          <w:p w:rsidR="00C40981" w:rsidRDefault="00C40981"/>
        </w:tc>
      </w:tr>
    </w:tbl>
    <w:p w:rsidR="00C40981" w:rsidRDefault="00C40981"/>
    <w:p w:rsidR="00C40981" w:rsidRDefault="00DF7E78">
      <w:pPr>
        <w:jc w:val="center"/>
      </w:pPr>
      <w:r>
        <w:rPr>
          <w:b/>
        </w:rPr>
        <w:t>DERS TELAFİ BİLGİLERİ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047"/>
        <w:gridCol w:w="1293"/>
        <w:gridCol w:w="1417"/>
        <w:gridCol w:w="1332"/>
        <w:gridCol w:w="1417"/>
        <w:gridCol w:w="1332"/>
        <w:gridCol w:w="1306"/>
      </w:tblGrid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 w:rsidP="00577E2A">
            <w:pPr>
              <w:jc w:val="center"/>
              <w:rPr>
                <w:b/>
                <w:sz w:val="19"/>
              </w:rPr>
            </w:pPr>
          </w:p>
          <w:p w:rsidR="00577E2A" w:rsidRDefault="00577E2A" w:rsidP="00577E2A">
            <w:pPr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Program </w:t>
            </w:r>
            <w:proofErr w:type="spellStart"/>
            <w:r>
              <w:rPr>
                <w:b/>
                <w:sz w:val="19"/>
              </w:rPr>
              <w:t>Adı</w:t>
            </w:r>
            <w:proofErr w:type="spellEnd"/>
          </w:p>
        </w:tc>
        <w:tc>
          <w:tcPr>
            <w:tcW w:w="1047" w:type="dxa"/>
            <w:vAlign w:val="center"/>
          </w:tcPr>
          <w:p w:rsidR="00577E2A" w:rsidRDefault="00577E2A">
            <w:proofErr w:type="spellStart"/>
            <w:r>
              <w:rPr>
                <w:b/>
                <w:sz w:val="19"/>
              </w:rPr>
              <w:t>Ders</w:t>
            </w:r>
            <w:proofErr w:type="spellEnd"/>
            <w:r>
              <w:rPr>
                <w:b/>
                <w:sz w:val="19"/>
              </w:rPr>
              <w:t xml:space="preserve"> Kodu</w:t>
            </w:r>
          </w:p>
        </w:tc>
        <w:tc>
          <w:tcPr>
            <w:tcW w:w="1293" w:type="dxa"/>
            <w:vAlign w:val="center"/>
          </w:tcPr>
          <w:p w:rsidR="00577E2A" w:rsidRDefault="00577E2A">
            <w:r>
              <w:rPr>
                <w:b/>
                <w:sz w:val="19"/>
              </w:rPr>
              <w:t>Dersin Adı</w:t>
            </w:r>
          </w:p>
        </w:tc>
        <w:tc>
          <w:tcPr>
            <w:tcW w:w="1417" w:type="dxa"/>
            <w:vAlign w:val="center"/>
          </w:tcPr>
          <w:p w:rsidR="00577E2A" w:rsidRDefault="00577E2A">
            <w:r>
              <w:rPr>
                <w:b/>
                <w:sz w:val="19"/>
              </w:rPr>
              <w:t>Normal Ders</w:t>
            </w:r>
            <w:r>
              <w:rPr>
                <w:b/>
                <w:sz w:val="19"/>
              </w:rPr>
              <w:br/>
              <w:t>Tarihi/Günü</w:t>
            </w:r>
          </w:p>
        </w:tc>
        <w:tc>
          <w:tcPr>
            <w:tcW w:w="1332" w:type="dxa"/>
            <w:vAlign w:val="center"/>
          </w:tcPr>
          <w:p w:rsidR="00577E2A" w:rsidRDefault="00577E2A">
            <w:r>
              <w:rPr>
                <w:b/>
                <w:sz w:val="19"/>
              </w:rPr>
              <w:t xml:space="preserve">Normal </w:t>
            </w:r>
            <w:proofErr w:type="spellStart"/>
            <w:r>
              <w:rPr>
                <w:b/>
                <w:sz w:val="19"/>
              </w:rPr>
              <w:t>Ders</w:t>
            </w:r>
            <w:proofErr w:type="spellEnd"/>
            <w:r>
              <w:rPr>
                <w:b/>
                <w:sz w:val="19"/>
              </w:rPr>
              <w:br/>
            </w:r>
            <w:proofErr w:type="spellStart"/>
            <w:r>
              <w:rPr>
                <w:b/>
                <w:sz w:val="19"/>
              </w:rPr>
              <w:t>Saati</w:t>
            </w:r>
            <w:proofErr w:type="spellEnd"/>
            <w:r>
              <w:rPr>
                <w:b/>
                <w:sz w:val="19"/>
              </w:rPr>
              <w:t xml:space="preserve">     </w:t>
            </w:r>
            <w:proofErr w:type="spellStart"/>
            <w:r>
              <w:rPr>
                <w:b/>
                <w:sz w:val="19"/>
              </w:rPr>
              <w:t>Başlama</w:t>
            </w:r>
            <w:proofErr w:type="spellEnd"/>
            <w:r>
              <w:rPr>
                <w:b/>
                <w:sz w:val="19"/>
              </w:rPr>
              <w:t xml:space="preserve"> /</w:t>
            </w:r>
            <w:proofErr w:type="spellStart"/>
            <w:r>
              <w:rPr>
                <w:b/>
                <w:sz w:val="19"/>
              </w:rPr>
              <w:t>Bitiş</w:t>
            </w:r>
            <w:proofErr w:type="spellEnd"/>
          </w:p>
        </w:tc>
        <w:tc>
          <w:tcPr>
            <w:tcW w:w="1417" w:type="dxa"/>
            <w:vAlign w:val="center"/>
          </w:tcPr>
          <w:p w:rsidR="00577E2A" w:rsidRDefault="00577E2A">
            <w:r>
              <w:rPr>
                <w:b/>
                <w:sz w:val="19"/>
              </w:rPr>
              <w:t>Telafi Tarihi/Günü</w:t>
            </w:r>
          </w:p>
        </w:tc>
        <w:tc>
          <w:tcPr>
            <w:tcW w:w="1332" w:type="dxa"/>
            <w:vAlign w:val="center"/>
          </w:tcPr>
          <w:p w:rsidR="00577E2A" w:rsidRDefault="00577E2A">
            <w:proofErr w:type="spellStart"/>
            <w:r>
              <w:rPr>
                <w:b/>
                <w:sz w:val="19"/>
              </w:rPr>
              <w:t>Telafi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Saati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Başlama</w:t>
            </w:r>
            <w:proofErr w:type="spellEnd"/>
            <w:r>
              <w:rPr>
                <w:b/>
                <w:sz w:val="19"/>
              </w:rPr>
              <w:t xml:space="preserve"> /</w:t>
            </w:r>
            <w:proofErr w:type="spellStart"/>
            <w:r>
              <w:rPr>
                <w:b/>
                <w:sz w:val="19"/>
              </w:rPr>
              <w:t>Bitiş</w:t>
            </w:r>
            <w:proofErr w:type="spellEnd"/>
          </w:p>
        </w:tc>
        <w:tc>
          <w:tcPr>
            <w:tcW w:w="1306" w:type="dxa"/>
            <w:vAlign w:val="center"/>
          </w:tcPr>
          <w:p w:rsidR="00577E2A" w:rsidRDefault="00577E2A">
            <w:r>
              <w:rPr>
                <w:b/>
                <w:sz w:val="19"/>
              </w:rPr>
              <w:t>Derslik</w:t>
            </w:r>
          </w:p>
        </w:tc>
      </w:tr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/>
          <w:p w:rsidR="003D1AF3" w:rsidRDefault="003D1AF3"/>
        </w:tc>
        <w:tc>
          <w:tcPr>
            <w:tcW w:w="1047" w:type="dxa"/>
          </w:tcPr>
          <w:p w:rsidR="00577E2A" w:rsidRDefault="00577E2A"/>
        </w:tc>
        <w:tc>
          <w:tcPr>
            <w:tcW w:w="1293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306" w:type="dxa"/>
          </w:tcPr>
          <w:p w:rsidR="00577E2A" w:rsidRDefault="00577E2A"/>
        </w:tc>
      </w:tr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/>
          <w:p w:rsidR="003D1AF3" w:rsidRDefault="003D1AF3"/>
        </w:tc>
        <w:tc>
          <w:tcPr>
            <w:tcW w:w="1047" w:type="dxa"/>
          </w:tcPr>
          <w:p w:rsidR="00577E2A" w:rsidRDefault="00577E2A"/>
        </w:tc>
        <w:tc>
          <w:tcPr>
            <w:tcW w:w="1293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306" w:type="dxa"/>
          </w:tcPr>
          <w:p w:rsidR="00577E2A" w:rsidRDefault="00577E2A"/>
        </w:tc>
      </w:tr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/>
          <w:p w:rsidR="003D1AF3" w:rsidRDefault="003D1AF3"/>
        </w:tc>
        <w:tc>
          <w:tcPr>
            <w:tcW w:w="1047" w:type="dxa"/>
          </w:tcPr>
          <w:p w:rsidR="00577E2A" w:rsidRDefault="00577E2A"/>
        </w:tc>
        <w:tc>
          <w:tcPr>
            <w:tcW w:w="1293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306" w:type="dxa"/>
          </w:tcPr>
          <w:p w:rsidR="00577E2A" w:rsidRDefault="00577E2A"/>
        </w:tc>
      </w:tr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/>
          <w:p w:rsidR="003D1AF3" w:rsidRDefault="003D1AF3"/>
        </w:tc>
        <w:tc>
          <w:tcPr>
            <w:tcW w:w="1047" w:type="dxa"/>
          </w:tcPr>
          <w:p w:rsidR="00577E2A" w:rsidRDefault="00577E2A"/>
        </w:tc>
        <w:tc>
          <w:tcPr>
            <w:tcW w:w="1293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306" w:type="dxa"/>
          </w:tcPr>
          <w:p w:rsidR="00577E2A" w:rsidRDefault="00577E2A"/>
        </w:tc>
      </w:tr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/>
          <w:p w:rsidR="003D1AF3" w:rsidRDefault="003D1AF3"/>
        </w:tc>
        <w:tc>
          <w:tcPr>
            <w:tcW w:w="1047" w:type="dxa"/>
          </w:tcPr>
          <w:p w:rsidR="00577E2A" w:rsidRDefault="00577E2A"/>
        </w:tc>
        <w:tc>
          <w:tcPr>
            <w:tcW w:w="1293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306" w:type="dxa"/>
          </w:tcPr>
          <w:p w:rsidR="00577E2A" w:rsidRDefault="00577E2A"/>
        </w:tc>
      </w:tr>
      <w:tr w:rsidR="00577E2A" w:rsidTr="003D1AF3">
        <w:trPr>
          <w:jc w:val="center"/>
        </w:trPr>
        <w:tc>
          <w:tcPr>
            <w:tcW w:w="1384" w:type="dxa"/>
          </w:tcPr>
          <w:p w:rsidR="00577E2A" w:rsidRDefault="00577E2A"/>
          <w:p w:rsidR="003D1AF3" w:rsidRDefault="003D1AF3"/>
        </w:tc>
        <w:tc>
          <w:tcPr>
            <w:tcW w:w="1047" w:type="dxa"/>
          </w:tcPr>
          <w:p w:rsidR="00577E2A" w:rsidRDefault="00577E2A"/>
        </w:tc>
        <w:tc>
          <w:tcPr>
            <w:tcW w:w="1293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417" w:type="dxa"/>
          </w:tcPr>
          <w:p w:rsidR="00577E2A" w:rsidRDefault="00577E2A"/>
        </w:tc>
        <w:tc>
          <w:tcPr>
            <w:tcW w:w="1332" w:type="dxa"/>
          </w:tcPr>
          <w:p w:rsidR="00577E2A" w:rsidRDefault="00577E2A"/>
        </w:tc>
        <w:tc>
          <w:tcPr>
            <w:tcW w:w="1306" w:type="dxa"/>
          </w:tcPr>
          <w:p w:rsidR="00577E2A" w:rsidRDefault="00577E2A"/>
        </w:tc>
      </w:tr>
    </w:tbl>
    <w:p w:rsidR="00C40981" w:rsidRDefault="00C40981"/>
    <w:p w:rsidR="00CE7E02" w:rsidRDefault="00CE7E02"/>
    <w:p w:rsidR="00C40981" w:rsidRDefault="008D14D9" w:rsidP="008D14D9">
      <w:proofErr w:type="spellStart"/>
      <w:r>
        <w:rPr>
          <w:b/>
        </w:rPr>
        <w:t>Telafi</w:t>
      </w:r>
      <w:proofErr w:type="spellEnd"/>
      <w:r>
        <w:rPr>
          <w:b/>
        </w:rPr>
        <w:t xml:space="preserve"> </w:t>
      </w:r>
      <w:proofErr w:type="spellStart"/>
      <w:r w:rsidR="00DF7E78">
        <w:rPr>
          <w:b/>
        </w:rPr>
        <w:t>Gerekçesi</w:t>
      </w:r>
      <w:proofErr w:type="spellEnd"/>
      <w:r w:rsidR="00DF7E78">
        <w:rPr>
          <w:b/>
        </w:rPr>
        <w:t xml:space="preserve">: </w:t>
      </w:r>
      <w:r w:rsidR="00DF7E78">
        <w:t>............................................................................................................................</w:t>
      </w:r>
      <w:r>
        <w:t>..........................................</w:t>
      </w:r>
      <w:r w:rsidR="00DF7E78">
        <w:br/>
        <w:t>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0981" w:rsidRDefault="00DF7E78">
      <w:pPr>
        <w:jc w:val="both"/>
      </w:pPr>
      <w:proofErr w:type="spellStart"/>
      <w:r>
        <w:t>Yukarıda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dersin</w:t>
      </w:r>
      <w:proofErr w:type="spellEnd"/>
      <w:r>
        <w:t>, belirtilen tarih ve saatte telafi edilmesi hususunda gereğini arz ederim.</w:t>
      </w:r>
    </w:p>
    <w:p w:rsidR="00C40981" w:rsidRDefault="00C40981"/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3578"/>
        <w:gridCol w:w="6734"/>
      </w:tblGrid>
      <w:tr w:rsidR="00C40981" w:rsidTr="003D1AF3">
        <w:trPr>
          <w:jc w:val="right"/>
        </w:trPr>
        <w:tc>
          <w:tcPr>
            <w:tcW w:w="3578" w:type="dxa"/>
          </w:tcPr>
          <w:p w:rsidR="00C40981" w:rsidRDefault="00DF7E78">
            <w:proofErr w:type="spellStart"/>
            <w:r>
              <w:rPr>
                <w:sz w:val="19"/>
              </w:rPr>
              <w:t>Tarih</w:t>
            </w:r>
            <w:proofErr w:type="spellEnd"/>
          </w:p>
        </w:tc>
        <w:tc>
          <w:tcPr>
            <w:tcW w:w="6734" w:type="dxa"/>
          </w:tcPr>
          <w:p w:rsidR="00C40981" w:rsidRDefault="00DF7E78">
            <w:r>
              <w:rPr>
                <w:sz w:val="19"/>
              </w:rPr>
              <w:t>… / … / 20…</w:t>
            </w:r>
          </w:p>
        </w:tc>
      </w:tr>
      <w:tr w:rsidR="00C40981" w:rsidTr="003D1AF3">
        <w:trPr>
          <w:jc w:val="right"/>
        </w:trPr>
        <w:tc>
          <w:tcPr>
            <w:tcW w:w="3578" w:type="dxa"/>
          </w:tcPr>
          <w:p w:rsidR="00C40981" w:rsidRDefault="00DF7E78">
            <w:r>
              <w:rPr>
                <w:sz w:val="19"/>
              </w:rPr>
              <w:t>Öğretim Elemanı</w:t>
            </w:r>
            <w:r>
              <w:rPr>
                <w:sz w:val="19"/>
              </w:rPr>
              <w:br/>
              <w:t>Ad Soyadı / İmza</w:t>
            </w:r>
          </w:p>
        </w:tc>
        <w:tc>
          <w:tcPr>
            <w:tcW w:w="6734" w:type="dxa"/>
          </w:tcPr>
          <w:p w:rsidR="003D1AF3" w:rsidRDefault="003D1AF3">
            <w:pPr>
              <w:rPr>
                <w:sz w:val="19"/>
              </w:rPr>
            </w:pPr>
          </w:p>
          <w:p w:rsidR="00C40981" w:rsidRDefault="00DF7E78">
            <w:r>
              <w:rPr>
                <w:sz w:val="19"/>
              </w:rPr>
              <w:br/>
            </w:r>
          </w:p>
        </w:tc>
      </w:tr>
    </w:tbl>
    <w:p w:rsidR="00C40981" w:rsidRDefault="00C40981"/>
    <w:p w:rsidR="00C40981" w:rsidRDefault="00DF7E78">
      <w:pPr>
        <w:jc w:val="center"/>
      </w:pPr>
      <w:r>
        <w:rPr>
          <w:b/>
        </w:rPr>
        <w:t>BÖLÜM BAŞKANLIĞI GÖRÜŞÜ</w:t>
      </w:r>
    </w:p>
    <w:tbl>
      <w:tblPr>
        <w:tblStyle w:val="TabloKlavuzu"/>
        <w:tblW w:w="10582" w:type="dxa"/>
        <w:tblLook w:val="04A0" w:firstRow="1" w:lastRow="0" w:firstColumn="1" w:lastColumn="0" w:noHBand="0" w:noVBand="1"/>
      </w:tblPr>
      <w:tblGrid>
        <w:gridCol w:w="3794"/>
        <w:gridCol w:w="6788"/>
      </w:tblGrid>
      <w:tr w:rsidR="00C40981" w:rsidTr="003D1AF3">
        <w:trPr>
          <w:trHeight w:val="427"/>
        </w:trPr>
        <w:tc>
          <w:tcPr>
            <w:tcW w:w="3794" w:type="dxa"/>
          </w:tcPr>
          <w:p w:rsidR="00C40981" w:rsidRDefault="00DF7E78">
            <w:proofErr w:type="spellStart"/>
            <w:r>
              <w:rPr>
                <w:sz w:val="19"/>
              </w:rPr>
              <w:t>Görüş</w:t>
            </w:r>
            <w:proofErr w:type="spellEnd"/>
          </w:p>
        </w:tc>
        <w:tc>
          <w:tcPr>
            <w:tcW w:w="6788" w:type="dxa"/>
          </w:tcPr>
          <w:p w:rsidR="00C40981" w:rsidRDefault="00DF7E78">
            <w:r>
              <w:rPr>
                <w:sz w:val="19"/>
              </w:rPr>
              <w:t>Uygun görülmüş olup, konunun Yüksekokul Yönetim Kurulunda görüşülmek üzere arzına.</w:t>
            </w:r>
          </w:p>
        </w:tc>
      </w:tr>
      <w:tr w:rsidR="00C40981" w:rsidTr="003D1AF3">
        <w:trPr>
          <w:trHeight w:val="442"/>
        </w:trPr>
        <w:tc>
          <w:tcPr>
            <w:tcW w:w="3794" w:type="dxa"/>
          </w:tcPr>
          <w:p w:rsidR="00C40981" w:rsidRDefault="00DF7E78">
            <w:r>
              <w:rPr>
                <w:sz w:val="19"/>
              </w:rPr>
              <w:t>Bölüm Başkanı</w:t>
            </w:r>
            <w:r>
              <w:rPr>
                <w:sz w:val="19"/>
              </w:rPr>
              <w:br/>
              <w:t>Ad Soyadı / İmza</w:t>
            </w:r>
          </w:p>
        </w:tc>
        <w:tc>
          <w:tcPr>
            <w:tcW w:w="6788" w:type="dxa"/>
          </w:tcPr>
          <w:p w:rsidR="00C40981" w:rsidRDefault="00DF7E78">
            <w:r>
              <w:rPr>
                <w:sz w:val="19"/>
              </w:rPr>
              <w:br/>
            </w:r>
          </w:p>
          <w:p w:rsidR="003D1AF3" w:rsidRDefault="003D1AF3">
            <w:bookmarkStart w:id="0" w:name="_GoBack"/>
            <w:bookmarkEnd w:id="0"/>
          </w:p>
        </w:tc>
      </w:tr>
    </w:tbl>
    <w:p w:rsidR="00DF7E78" w:rsidRDefault="00DF7E78"/>
    <w:sectPr w:rsidR="00DF7E78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3724"/>
    <w:rsid w:val="0015074B"/>
    <w:rsid w:val="0029639D"/>
    <w:rsid w:val="00326F90"/>
    <w:rsid w:val="003D1AF3"/>
    <w:rsid w:val="00577E2A"/>
    <w:rsid w:val="008D14D9"/>
    <w:rsid w:val="00AA1D8D"/>
    <w:rsid w:val="00B47730"/>
    <w:rsid w:val="00C40981"/>
    <w:rsid w:val="00CB0664"/>
    <w:rsid w:val="00CE7E02"/>
    <w:rsid w:val="00DF7E78"/>
    <w:rsid w:val="00EF44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455E41"/>
  <w14:defaultImageDpi w14:val="300"/>
  <w15:docId w15:val="{5AC347DE-32D9-437C-8832-330ADEE8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D1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1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CDB6A0-9614-4E14-BF13-B32F5EEC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Kullanıcısı</cp:lastModifiedBy>
  <cp:revision>5</cp:revision>
  <cp:lastPrinted>2026-09-18T09:38:00Z</cp:lastPrinted>
  <dcterms:created xsi:type="dcterms:W3CDTF">2013-12-23T23:15:00Z</dcterms:created>
  <dcterms:modified xsi:type="dcterms:W3CDTF">2026-09-18T09:46:00Z</dcterms:modified>
  <cp:category/>
</cp:coreProperties>
</file>